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19" w:rsidRDefault="00A107C8">
      <w:pPr>
        <w:spacing w:after="120"/>
      </w:pPr>
      <w:r>
        <w:t>Mẫu Đơn đề nghị tính hoặc lại tiền sử dụng đất</w:t>
      </w:r>
    </w:p>
    <w:p w:rsidR="00752919" w:rsidRDefault="00A107C8">
      <w:pPr>
        <w:spacing w:after="0"/>
        <w:jc w:val="center"/>
      </w:pPr>
      <w:r>
        <w:rPr>
          <w:b/>
        </w:rPr>
        <w:t>CỘNG HÒA XÃ HỘI CHỦ NGHĨA VIỆT NAM</w:t>
      </w:r>
    </w:p>
    <w:p w:rsidR="00752919" w:rsidRDefault="00A107C8">
      <w:pPr>
        <w:spacing w:after="160"/>
        <w:jc w:val="center"/>
      </w:pPr>
      <w:r>
        <w:rPr>
          <w:b/>
        </w:rPr>
        <w:t>Độc lập - Tự do - Hạnh phúc</w:t>
      </w:r>
    </w:p>
    <w:p w:rsidR="00752919" w:rsidRDefault="00A107C8">
      <w:pPr>
        <w:spacing w:after="160"/>
        <w:jc w:val="center"/>
      </w:pPr>
      <w:r>
        <w:rPr>
          <w:b/>
        </w:rPr>
        <w:t>ĐƠN ĐỀ NGHỊ TÍNH HOẶC TÍNH LẠI TIỀN SỬ DỤNG ĐẤT</w:t>
      </w:r>
    </w:p>
    <w:p w:rsidR="00752919" w:rsidRDefault="00A107C8" w:rsidP="00A107C8">
      <w:pPr>
        <w:spacing w:after="120"/>
        <w:jc w:val="center"/>
      </w:pPr>
      <w:r>
        <w:t>Kính gửi: ……………………. (1)</w:t>
      </w:r>
      <w:bookmarkStart w:id="0" w:name="_GoBack"/>
      <w:bookmarkEnd w:id="0"/>
    </w:p>
    <w:p w:rsidR="00752919" w:rsidRDefault="00A107C8">
      <w:pPr>
        <w:spacing w:after="0"/>
      </w:pPr>
      <w:r>
        <w:rPr>
          <w:b/>
        </w:rPr>
        <w:t xml:space="preserve">1. Người sử dụng đất, chủ sở hữu tài sản gắn liền với đất, người quản lý </w:t>
      </w:r>
      <w:r>
        <w:rPr>
          <w:b/>
        </w:rPr>
        <w:t>đất:</w:t>
      </w:r>
    </w:p>
    <w:p w:rsidR="00752919" w:rsidRDefault="00A107C8">
      <w:pPr>
        <w:spacing w:after="0"/>
      </w:pPr>
      <w:r>
        <w:t>a) Tên(2): ............................................................................................................................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b) Giấy tờ nhân thân/pháp nhân(2): ................................................................................</w:t>
      </w:r>
      <w:r>
        <w:t>...</w:t>
      </w:r>
    </w:p>
    <w:p w:rsidR="00752919" w:rsidRDefault="00A107C8">
      <w:pPr>
        <w:spacing w:after="0"/>
      </w:pPr>
      <w:r>
        <w:t>c) Địa chỉ(2): ......................................................................................................................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d) Điện thoại liên hệ (nếu có): ………………… Hộp thư điện tử (nếu có): ..................</w:t>
      </w:r>
    </w:p>
    <w:p w:rsidR="00752919" w:rsidRDefault="00A107C8">
      <w:pPr>
        <w:spacing w:after="0"/>
      </w:pPr>
      <w:r>
        <w:rPr>
          <w:b/>
        </w:rPr>
        <w:t>2. Nội dung biến động(3):</w:t>
      </w:r>
    </w:p>
    <w:p w:rsidR="00752919" w:rsidRDefault="00A107C8">
      <w:pPr>
        <w:spacing w:after="0"/>
      </w:pPr>
      <w:r>
        <w:t>2.1. Th</w:t>
      </w:r>
      <w:r>
        <w:t>ông tin về địa chỉ đất: ............................................................................................</w:t>
      </w:r>
    </w:p>
    <w:p w:rsidR="00752919" w:rsidRDefault="00A107C8">
      <w:pPr>
        <w:spacing w:after="0"/>
      </w:pPr>
      <w:r>
        <w:t>2.2. Thửa đất số: ………………………..; Tờ bản đồ số:.................................................</w:t>
      </w:r>
    </w:p>
    <w:p w:rsidR="00752919" w:rsidRDefault="00A107C8">
      <w:pPr>
        <w:spacing w:after="0"/>
      </w:pPr>
      <w:r>
        <w:t>2.3. Diện tích thửa đất: ....................</w:t>
      </w:r>
      <w:r>
        <w:t>..................................................................................</w:t>
      </w:r>
    </w:p>
    <w:p w:rsidR="00752919" w:rsidRDefault="00A107C8">
      <w:pPr>
        <w:spacing w:after="0"/>
      </w:pPr>
      <w:r>
        <w:t>2.4. Mục đích sử dụng đất: ................................................................................................</w:t>
      </w:r>
    </w:p>
    <w:p w:rsidR="00752919" w:rsidRDefault="00A107C8">
      <w:pPr>
        <w:spacing w:after="0"/>
      </w:pPr>
      <w:r>
        <w:rPr>
          <w:b/>
        </w:rPr>
        <w:t>2.5. Nội dung đề nghị:</w:t>
      </w:r>
    </w:p>
    <w:p w:rsidR="00752919" w:rsidRDefault="00A107C8">
      <w:pPr>
        <w:spacing w:after="0"/>
      </w:pPr>
      <w:r>
        <w:t>..........................</w:t>
      </w:r>
      <w:r>
        <w:t>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...........................................................................................................................................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..</w:t>
      </w:r>
      <w:r>
        <w:t>.........................................................................................................................................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......................................................................................................................</w:t>
      </w:r>
      <w:r>
        <w:t>.....................</w:t>
      </w:r>
    </w:p>
    <w:p w:rsidR="00752919" w:rsidRDefault="00A107C8">
      <w:pPr>
        <w:spacing w:after="0"/>
      </w:pPr>
      <w:r>
        <w:rPr>
          <w:b/>
        </w:rPr>
        <w:t>3. Giấy tờ liên quan đến nội dung biến động nộp kèm theo đơn này gồm có(4):</w:t>
      </w:r>
    </w:p>
    <w:p w:rsidR="00752919" w:rsidRDefault="00A107C8">
      <w:pPr>
        <w:spacing w:after="0"/>
      </w:pPr>
      <w:r>
        <w:t>(1) ..............................................................................................................................</w:t>
      </w:r>
    </w:p>
    <w:p w:rsidR="00752919" w:rsidRDefault="00A107C8">
      <w:pPr>
        <w:spacing w:after="0"/>
      </w:pPr>
      <w:r>
        <w:t>(2) .......................</w:t>
      </w:r>
      <w:r>
        <w:t>.......................................................................................................</w:t>
      </w:r>
    </w:p>
    <w:p w:rsidR="00752919" w:rsidRDefault="00A107C8">
      <w:pPr>
        <w:spacing w:after="120"/>
      </w:pPr>
      <w:r>
        <w:t>Cam đoan nội dung kê khai trên đơn là đúng sự thật và chịu trách nhiệm trước pháp luật.</w:t>
      </w:r>
    </w:p>
    <w:p w:rsidR="00752919" w:rsidRDefault="00A107C8">
      <w:pPr>
        <w:spacing w:after="0"/>
        <w:jc w:val="right"/>
      </w:pPr>
      <w:r>
        <w:t>….. , ngày … tháng …. năm ....</w:t>
      </w:r>
    </w:p>
    <w:p w:rsidR="00752919" w:rsidRDefault="00A107C8" w:rsidP="00A107C8">
      <w:pPr>
        <w:spacing w:after="0"/>
        <w:jc w:val="center"/>
      </w:pPr>
      <w:r>
        <w:rPr>
          <w:b/>
        </w:rPr>
        <w:t xml:space="preserve">                                                                                                   </w:t>
      </w:r>
      <w:proofErr w:type="spellStart"/>
      <w:r>
        <w:rPr>
          <w:b/>
        </w:rPr>
        <w:t>Người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đơn</w:t>
      </w:r>
      <w:proofErr w:type="spellEnd"/>
    </w:p>
    <w:p w:rsidR="00752919" w:rsidRDefault="00A107C8" w:rsidP="00A107C8">
      <w:pPr>
        <w:jc w:val="right"/>
      </w:pPr>
      <w:r>
        <w:t xml:space="preserve">    </w:t>
      </w:r>
      <w:r>
        <w:t>(</w:t>
      </w:r>
      <w:proofErr w:type="spellStart"/>
      <w:r>
        <w:t>Ký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tên</w:t>
      </w:r>
      <w:r>
        <w:t xml:space="preserve"> và đóng dấu nếu có)</w:t>
      </w:r>
    </w:p>
    <w:sectPr w:rsidR="0075291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2919"/>
    <w:rsid w:val="00A107C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747C3"/>
  <w14:defaultImageDpi w14:val="300"/>
  <w15:docId w15:val="{ABCA8518-C4DE-41B1-9F24-E0954CCD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AEAEC-BF55-4968-A638-CEB6279D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3</cp:revision>
  <dcterms:created xsi:type="dcterms:W3CDTF">2013-12-23T23:15:00Z</dcterms:created>
  <dcterms:modified xsi:type="dcterms:W3CDTF">2026-08-10T02:26:00Z</dcterms:modified>
  <cp:category/>
</cp:coreProperties>
</file>